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שירת ימי הביניים - צימוד ומשחקי 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המונח 'צימוד' ודוגמאות לו בשירת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מונחים מרכזיים כמו שיבוץ, פיוט ושיר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ויישום של משחקי מילים בשירה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המונחים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שתי מילים דומות בצליל שמשמעותן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'לב' (איבר בגוף) ו'לב' (מרכז)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הטמעת ביטוי מהמקרא בתוך השיר במשמעות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שיר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כללה גם שירי חול כמו שירי אהבה ויין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המונח שיבוץ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משקל מתייחס למבנה ההברות או התנועות בשיר ולא למספר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יכולה להתפרש כציפור או כחירות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(מילים דומות בצליל, שונות במשמעות)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(שילוב פסוק מקראי בתוך השיר במשמעות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(שיר העוסק בחיי היומיום, אהבה ויין)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(שיר דתי המיועד לתפילה)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(מבנה קבוע של הברות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להפגין יכולת לשונית ולשעשע את הקוראים עם משחק בצלילים ובמשמעויות שונות של אותה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שני זוגות מילים תקינים עם הסבר ברור להבדל במשמעות בין המילים בכל 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מילים דומות בצליל, שונות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'דרור'-'דרור' או 'לב'-'לב'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חול עוסק בחיי יומיום ואהבה, פיוט הוא שיר דתי לתפילה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דוגמת 'דרור' ולבקש מהתלמידים למצוא דוגמאות נוספות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צימוד לשיבוץ כי תלמידים נוטים להתבלבל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אפשר לדלג על הפריטים המסומנים ולהתמקד בהגדרות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שירת ימי הביניים - צימוד ומשחקי 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משוררי ימי הביניים אהבו לשחק במילים הנשמעות דומה אך משמעותן שונה, תופעה הנקראת 'צימוד'. בדף זה נתרגל את המונח הזה ועוד מונחים חשובים מהיחידה על שירת ימי הביניים.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המונחים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ההגדרה הנכונה למונח 'צימוד'?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מילים דומות בצליל שמשמעותן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פעמיים ברצף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ישיר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 בסוף שורות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מהצמדים הבאים יש דוגמה אמיתית לצימוד?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'לב' (איבר בגוף) ו'לב' (מרכז)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'שמש' ו'ירח'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'אור' ו'אויר'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'מים' ו'דמים'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'שיבוץ' בשירת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הטמעת ביטוי מהמקרא בתוך השיר במשמעות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קבוע במשקל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חזותי של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סוג שיר העוסק בחיי החברה, באהבה וביין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צימוד הוא משחק מילים שבו שתי מילים נשמעות דומה אך משמעותן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שירת ימי הביניים נכתבה רק בנושאי 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שיבוץ הוא הכנסת ביטוי מהמקרא לתוך השיר תוך מתן לו משמעות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בשירה הוא מספר השורות בבית השיר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'דרור' יכולה לשמש כדוגמה לצימוד כי יש לה שתי משמעויות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משחק מילים שבו מילה או צליל חוזרים במשמעות שונה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 שעוסק בנושאים כמו אהבה, יין וטבע ולא בנושאי דת נקרא 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הכנסת ביטוי מן המקרא לתוך שיר חדש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יצירה פיוטית המיועדת לתפילה ולעיתים משולבת בבית הכנסת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המבנה הקבוע של ההברות או התנועות בשיר נקרא __________ השיר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שיר העוסק בחיי היומיום, אהבה ויין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מבנה קבוע של הברות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שיר 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שיר דתי המיועד לתפילה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שילוב פסוק מקראי בתוך השיר במשמעות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מילים דומות בצליל, שונות במשמעות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משוררי ימי הביניים אהבו להשתמש בצימוד בשיריהם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צמדי מילים (צימודים) משלכם - מילים הנשמעות דומה אך משמעותן שונה, והסבירו את ההבדל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ההגדרה של המונח 'צימוד'?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לצימוד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שיר חול לפיוט?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שירת ימי הביניים - צימוד ומשחקי 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