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מונחי שירת ימי הביניים - צימוד ומשחקי 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המונח 'צימוד' ודוגמאות לו בשירת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מונחים מרכזיים כמו שיבוץ, פיוט ושיר חול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ויישום של משחקי מילים בשירה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המונחים -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שתי מילים דומות בצליל שמשמעותן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'לב' (איבר בגוף) ו'לב' (מרכז)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הטמעת ביטוי מהמקרא בתוך השיר במשמעות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שיר 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המדויקת של המונח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כללה גם שירי חול כמו שירי אהבה ויין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המונח שיבוץ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משקל מתייחס למבנה ההברות או התנועות בשיר ולא למספר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יכולה להתפרש כציפור או כחירות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פיוט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מונח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(מילים דומות בצליל, שונות במשמעות)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(שילוב פסוק מקראי בתוך השיר במשמעות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(שיר העוסק בחיי היומיום, אהבה ויין)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(שיר דתי המיועד לתפילה)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(מבנה קבוע של הברות בשיר)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להפגין יכולת לשונית ולשעשע את הקוראים עם משחק בצלילים ובמשמעויות שונות של אותה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שני זוגות מילים תקינים עם הסבר ברור להבדל במשמעות בין המילים בכל זוג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מילים דומות בצליל, שונות 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'דרור'-'דרור' או 'לב'-'לב'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שיר חול עוסק בחיי יומיום ואהבה, פיוט הוא שיר דתי לתפילה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דוגמת 'דרור' ולבקש מהתלמידים למצוא דוגמאות נוספות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ההבחנה בין צימוד לשיבוץ כי תלמידים נוטים להתבלבל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לתלמידים מתקשים אפשר לדלג על הפריטים המסומנים ולהתמקד בהגדרות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מונחי שירת ימי הביניים - צימוד ומשחקי 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בימי הביניים המשוררים כתבו שירים עם מילים שנשמעות דומה אבל יש להן שתי משמעויות שונות. זה נקרא 'צימוד'. נתרגל את המילה הזו ועוד מילים חשובות.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צימוד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שנשמעות דומה אך המשמעות שלהן שונה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שיבוץ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פסוק או ביטוי מהתנ״ך לתוך השיר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דתי המיועד לתפילה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שיר חול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שעוסק בחיים, אהבה ויין ולא בדת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במילות השוואה כמו 'כמו'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סמויה בלי מילת השוואה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המבנה הקבוע של ההברות בשיר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המונחים -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ההסבר הנכון למילה 'צימוד'?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 מילים דומות בצליל שמשמעותן 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אותה מילה פעמיים ברצף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ציטוט ישיר מהתנ״ך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חריזה בסוף שורות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זוג מילים הוא דוגמה לצימוד?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'לב' (איבר בגוף) ו'לב' (מרכז)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'שמש' ו'ירח'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'אור' ו'אויר'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'מים' ו'דמים'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המילה 'שיבוץ'?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הטמעת ביטוי מהמקרא בתוך השיר במשמעות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מילה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שימוש קבוע במשקל אחיד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חזותי של נוף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לשיר שמדבר על אהבה ויין?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קודש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צימוד הוא משחק מילים שבו שתי מילים נשמעות דומה אך משמעותן 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שירת ימי הביניים נכתבה רק בנושאי 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שיבוץ הוא הכנסת ביטוי מהמקרא לתוך השיר תוך מתן לו משמעות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בשירה הוא מספר השורות בבית השיר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'דרור' יכולה לשמש כדוגמה לצימוד כי יש לה שתי משמעויות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משחק מילים שבו מילה או צליל חוזרים במשמעות שונה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שיר שעוסק בנושאים כמו אהבה, יין וטבע ולא בנושאי דת נקרא שיר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הכנסת ביטוי מן המקרא לתוך שיר חדש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יצירה פיוטית המיועדת לתפילה ולעיתים משולבת בבית הכנסת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המבנה הקבוע של ההברות או התנועות בשיר נקרא __________ השיר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מונח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שיר העוסק בחיי היומיום, אהבה ויין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שיבוץ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מבנה קבוע של הברות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שיר 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שילוב פסוק מקראי בתוך השיר במשמעות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מילים דומות בצליל, שונות במשמעות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שיר דתי המיועד לתפילה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משוררי ימי הביניים אהבו להשתמש בצימוד בשיריהם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צמדי מילים (צימודים) משלכם - מילים הנשמעות דומה אך משמעותן שונה, והסבירו את ההבדל ביניהן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ההגדרה של המונח 'צימוד'?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לצימוד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שיר חול לפיוט?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מונחי שירת ימי הביניים - צימוד ומשחקי 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