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מונחי שירת ימי הביניים - צימוד ומשחקי 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המונח 'צימוד' ודוגמאות לו בשירת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מונחים מרכזיים כמו שיבוץ, פיוט ושיר חול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ויישום של משחקי מילים בשירה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המונחים -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שתי מילים דומות בצליל שמשמעותן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שיר 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המדויקת של המונח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כללה גם שירי חול כמו שירי אהבה ויין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המונח שיבוץ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מונח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(מילים דומות בצליל, שונות במשמעות)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(שילוב פסוק מקראי בתוך השיר במשמעות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(שיר העוסק בחיי היומיום, אהבה ויין)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להפגין יכולת לשונית ולשעשע את הקוראים עם משחק בצלילים ובמשמעויות שונות של אותה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מילים דומות בצליל, שונות במשמעות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'דרור'-'דרור' או 'לב'-'לב'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שיר חול עוסק בחיי יומיום ואהבה, פיוט הוא שיר דתי לתפילה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עם דוגמת 'דרור' ולבקש מהתלמידים למצוא דוגמאות נוספות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ההבחנה בין צימוד לשיבוץ כי תלמידים נוטים להתבלבל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לתלמידים מתקשים אפשר לדלג על הפריטים המסומנים ולהתמקד בהגדרות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מונחי שירת ימי הביניים - צימוד ומשחקי 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משוררי ימי הביניים אהבו לשחק במילים הנשמעות דומה אך משמעותן שונה, תופעה הנקראת 'צימוד'. בדף זה נתרגל את המונח הזה ועוד מונחים חשובים מהיחידה על שירת ימי הביניים.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צימוד  ·  חול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המונחים -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ההגדרה הנכונה למונח 'צימוד'?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 מילים דומות בצליל שמשמעותן 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חזרה על אותה מילה פעמיים ברצף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ציטוט ישיר מהתנ״ך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סוג שיר העוסק בחיי החברה, באהבה וביין 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שיר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שיר קודש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פיוט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צימוד הוא משחק מילים שבו שתי מילים נשמעות דומה אך משמעותן 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שירת ימי הביניים נכתבה רק בנושאי 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שיבוץ הוא הכנסת ביטוי מהמקרא לתוך השיר תוך מתן לו משמעות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משחק מילים שבו מילה או צליל חוזרים במשמעות שונה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שיר שעוסק בנושאים כמו אהבה, יין וטבע ולא בנושאי דת נקרא שיר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מונח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צימוד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שילוב פסוק מקראי בתוך השיר במשמעות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שיבוץ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שיר העוסק בחיי היומיום, אהבה ויין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שיר 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מילים דומות בצליל, שונות במשמעות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משוררי ימי הביניים אהבו להשתמש בצימוד בשיריהם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ההגדרה של המונח 'צימוד'?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לצימוד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מונחי שירת ימי הביניים - צימוד ומשחקי 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